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B3FC1F" w14:textId="4C55AA94" w:rsidR="00EA6E9E" w:rsidRDefault="00EA6E9E">
      <w:pPr>
        <w:jc w:val="center"/>
        <w:rPr>
          <w:b/>
          <w:sz w:val="28"/>
          <w:lang w:val="fr-CH"/>
        </w:rPr>
      </w:pPr>
      <w:r w:rsidRPr="00FC5A34">
        <w:rPr>
          <w:rFonts w:ascii="Aptos Display" w:hAnsi="Aptos Display"/>
          <w:b/>
          <w:noProof/>
          <w:sz w:val="60"/>
        </w:rPr>
        <w:drawing>
          <wp:anchor distT="0" distB="0" distL="114300" distR="114300" simplePos="0" relativeHeight="251741184" behindDoc="0" locked="0" layoutInCell="1" allowOverlap="1" wp14:anchorId="71B5500E" wp14:editId="724EB482">
            <wp:simplePos x="0" y="0"/>
            <wp:positionH relativeFrom="column">
              <wp:posOffset>2369185</wp:posOffset>
            </wp:positionH>
            <wp:positionV relativeFrom="paragraph">
              <wp:posOffset>116840</wp:posOffset>
            </wp:positionV>
            <wp:extent cx="1256030" cy="353695"/>
            <wp:effectExtent l="0" t="0" r="1270" b="1905"/>
            <wp:wrapNone/>
            <wp:docPr id="9" name="Image 10">
              <a:extLst xmlns:a="http://schemas.openxmlformats.org/drawingml/2006/main">
                <a:ext uri="{FF2B5EF4-FFF2-40B4-BE49-F238E27FC236}">
                  <a16:creationId xmlns:a16="http://schemas.microsoft.com/office/drawing/2014/main" id="{BE756292-4261-6468-720E-16A8D39F63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10">
                      <a:extLst>
                        <a:ext uri="{FF2B5EF4-FFF2-40B4-BE49-F238E27FC236}">
                          <a16:creationId xmlns:a16="http://schemas.microsoft.com/office/drawing/2014/main" id="{BE756292-4261-6468-720E-16A8D39F63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353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0181">
        <w:rPr>
          <w:rFonts w:ascii="Aptos Display" w:hAnsi="Aptos Display"/>
          <w:b/>
          <w:noProof/>
          <w:sz w:val="60"/>
        </w:rPr>
        <w:drawing>
          <wp:anchor distT="0" distB="0" distL="114300" distR="114300" simplePos="0" relativeHeight="251699200" behindDoc="0" locked="0" layoutInCell="1" allowOverlap="1" wp14:anchorId="2FAAE0F1" wp14:editId="798EB1FA">
            <wp:simplePos x="0" y="0"/>
            <wp:positionH relativeFrom="column">
              <wp:posOffset>3927475</wp:posOffset>
            </wp:positionH>
            <wp:positionV relativeFrom="paragraph">
              <wp:posOffset>159385</wp:posOffset>
            </wp:positionV>
            <wp:extent cx="486410" cy="472440"/>
            <wp:effectExtent l="0" t="0" r="0" b="0"/>
            <wp:wrapNone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1DD3FDD-590A-7FAB-0C85-3332F1BAE1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D1DD3FDD-590A-7FAB-0C85-3332F1BAE1A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34"/>
          <w:lang w:val="fr-CH"/>
        </w:rPr>
        <w:drawing>
          <wp:anchor distT="0" distB="0" distL="114300" distR="114300" simplePos="0" relativeHeight="251657216" behindDoc="0" locked="0" layoutInCell="1" allowOverlap="1" wp14:anchorId="4B5D2D24" wp14:editId="3770B2F8">
            <wp:simplePos x="0" y="0"/>
            <wp:positionH relativeFrom="column">
              <wp:posOffset>4718050</wp:posOffset>
            </wp:positionH>
            <wp:positionV relativeFrom="paragraph">
              <wp:posOffset>175260</wp:posOffset>
            </wp:positionV>
            <wp:extent cx="827405" cy="457200"/>
            <wp:effectExtent l="0" t="0" r="0" b="0"/>
            <wp:wrapNone/>
            <wp:docPr id="10676742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674278" name="Picture 106767427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40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34"/>
          <w:lang w:val="fr-CH"/>
        </w:rPr>
        <w:drawing>
          <wp:anchor distT="0" distB="0" distL="114300" distR="114300" simplePos="0" relativeHeight="251615232" behindDoc="0" locked="0" layoutInCell="1" allowOverlap="1" wp14:anchorId="31D659D0" wp14:editId="4AB5B1BE">
            <wp:simplePos x="0" y="0"/>
            <wp:positionH relativeFrom="column">
              <wp:posOffset>883138</wp:posOffset>
            </wp:positionH>
            <wp:positionV relativeFrom="paragraph">
              <wp:posOffset>38442</wp:posOffset>
            </wp:positionV>
            <wp:extent cx="1192530" cy="635000"/>
            <wp:effectExtent l="0" t="0" r="0" b="0"/>
            <wp:wrapNone/>
            <wp:docPr id="1559925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925833" name="Picture 155992583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53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0A3175" w14:textId="77777777" w:rsidR="00EA6E9E" w:rsidRDefault="00EA6E9E">
      <w:pPr>
        <w:jc w:val="center"/>
        <w:rPr>
          <w:b/>
          <w:sz w:val="28"/>
          <w:lang w:val="fr-CH"/>
        </w:rPr>
      </w:pPr>
    </w:p>
    <w:p w14:paraId="63CD05D1" w14:textId="55DC0DCC" w:rsidR="003D0B47" w:rsidRPr="00EA6E9E" w:rsidRDefault="00000000">
      <w:pPr>
        <w:jc w:val="center"/>
        <w:rPr>
          <w:lang w:val="fr-CH"/>
        </w:rPr>
      </w:pPr>
      <w:r w:rsidRPr="00EA6E9E">
        <w:rPr>
          <w:b/>
          <w:sz w:val="28"/>
          <w:lang w:val="fr-CH"/>
        </w:rPr>
        <w:t>DIGITAL INNOVATION WEEK</w:t>
      </w:r>
    </w:p>
    <w:p w14:paraId="4B65151E" w14:textId="77777777" w:rsidR="003D0B47" w:rsidRPr="00EA6E9E" w:rsidRDefault="00000000">
      <w:pPr>
        <w:jc w:val="center"/>
        <w:rPr>
          <w:lang w:val="fr-CH"/>
        </w:rPr>
      </w:pPr>
      <w:r w:rsidRPr="00EA6E9E">
        <w:rPr>
          <w:b/>
          <w:sz w:val="54"/>
          <w:lang w:val="fr-CH"/>
        </w:rPr>
        <w:t>FORMULAIRE DE DESCRIPTION D’UN DÉFI</w:t>
      </w:r>
    </w:p>
    <w:p w14:paraId="7FE7F2D7" w14:textId="35AE3786" w:rsidR="003D0B47" w:rsidRPr="00EA6E9E" w:rsidRDefault="00000000">
      <w:pPr>
        <w:jc w:val="center"/>
        <w:rPr>
          <w:lang w:val="fr-CH"/>
        </w:rPr>
      </w:pPr>
      <w:r w:rsidRPr="00EA6E9E">
        <w:rPr>
          <w:i/>
          <w:sz w:val="24"/>
          <w:lang w:val="fr-CH"/>
        </w:rPr>
        <w:t>Document à compléter par les porteurs de défis</w:t>
      </w:r>
      <w:r w:rsidR="00633BC7">
        <w:rPr>
          <w:i/>
          <w:sz w:val="24"/>
          <w:lang w:val="fr-CH"/>
        </w:rPr>
        <w:t xml:space="preserve"> et renvoyer à l’adresse </w:t>
      </w:r>
      <w:hyperlink r:id="rId12" w:history="1">
        <w:r w:rsidR="00633BC7" w:rsidRPr="00633BC7">
          <w:rPr>
            <w:rStyle w:val="Hyperlink"/>
            <w:i/>
            <w:sz w:val="24"/>
            <w:lang w:val="fr-CH"/>
          </w:rPr>
          <w:t>faclab@unige.ch</w:t>
        </w:r>
      </w:hyperlink>
      <w:r w:rsidR="00633BC7">
        <w:rPr>
          <w:i/>
          <w:sz w:val="24"/>
          <w:lang w:val="fr-CH"/>
        </w:rPr>
        <w:t xml:space="preserve"> </w:t>
      </w:r>
    </w:p>
    <w:p w14:paraId="6A0D1D53" w14:textId="1A6917D1" w:rsidR="003D0B47" w:rsidRDefault="00000000">
      <w:pPr>
        <w:jc w:val="center"/>
        <w:rPr>
          <w:lang w:val="fr-CH"/>
        </w:rPr>
      </w:pPr>
      <w:r w:rsidRPr="00EA6E9E">
        <w:rPr>
          <w:lang w:val="fr-CH"/>
        </w:rPr>
        <w:t xml:space="preserve">Ce formulaire a pour objectif de permettre à l’équipe d’organisation de comprendre votre problématique, d’évaluer sa pertinence pour un hackathon et de transformer votre proposition en un </w:t>
      </w:r>
      <w:r w:rsidR="00EA6E9E" w:rsidRPr="00EA6E9E">
        <w:rPr>
          <w:lang w:val="fr-CH"/>
        </w:rPr>
        <w:t>“</w:t>
      </w:r>
      <w:r w:rsidRPr="00EA6E9E">
        <w:rPr>
          <w:lang w:val="fr-CH"/>
        </w:rPr>
        <w:t>brief</w:t>
      </w:r>
      <w:r w:rsidR="00EA6E9E" w:rsidRPr="00EA6E9E">
        <w:rPr>
          <w:lang w:val="fr-CH"/>
        </w:rPr>
        <w:t>”</w:t>
      </w:r>
      <w:r w:rsidRPr="00EA6E9E">
        <w:rPr>
          <w:lang w:val="fr-CH"/>
        </w:rPr>
        <w:t xml:space="preserve"> clair et stimulant pour les participants.</w:t>
      </w:r>
      <w:r w:rsidR="00EA6E9E">
        <w:rPr>
          <w:lang w:val="fr-CH"/>
        </w:rPr>
        <w:t xml:space="preserve"> Il sera demandé aux porteurs de défis :</w:t>
      </w:r>
    </w:p>
    <w:p w14:paraId="00E8637A" w14:textId="335A7A18" w:rsidR="00EA6E9E" w:rsidRDefault="00EA6E9E" w:rsidP="00EA6E9E">
      <w:pPr>
        <w:pStyle w:val="ListParagraph"/>
        <w:numPr>
          <w:ilvl w:val="0"/>
          <w:numId w:val="10"/>
        </w:numPr>
        <w:rPr>
          <w:lang w:val="fr-CH"/>
        </w:rPr>
      </w:pPr>
      <w:r>
        <w:rPr>
          <w:lang w:val="fr-CH"/>
        </w:rPr>
        <w:t xml:space="preserve">De présenter le défi au début du Hackathon le lundi 2 novembre 2026 entre 13h et 14h </w:t>
      </w:r>
    </w:p>
    <w:p w14:paraId="59857BB7" w14:textId="717D445A" w:rsidR="00EA6E9E" w:rsidRDefault="00EA6E9E" w:rsidP="00EA6E9E">
      <w:pPr>
        <w:pStyle w:val="ListParagraph"/>
        <w:numPr>
          <w:ilvl w:val="0"/>
          <w:numId w:val="10"/>
        </w:numPr>
        <w:rPr>
          <w:lang w:val="fr-CH"/>
        </w:rPr>
      </w:pPr>
      <w:r>
        <w:rPr>
          <w:lang w:val="fr-CH"/>
        </w:rPr>
        <w:t xml:space="preserve">De rester accessibles aux équipes relevant vos défis du 3 au 5 </w:t>
      </w:r>
      <w:r w:rsidR="004A0C69">
        <w:rPr>
          <w:lang w:val="fr-CH"/>
        </w:rPr>
        <w:t xml:space="preserve">novembre 2026 </w:t>
      </w:r>
      <w:r>
        <w:rPr>
          <w:lang w:val="fr-CH"/>
        </w:rPr>
        <w:t xml:space="preserve">par </w:t>
      </w:r>
      <w:proofErr w:type="gramStart"/>
      <w:r>
        <w:rPr>
          <w:lang w:val="fr-CH"/>
        </w:rPr>
        <w:t>email</w:t>
      </w:r>
      <w:proofErr w:type="gramEnd"/>
      <w:r>
        <w:rPr>
          <w:lang w:val="fr-CH"/>
        </w:rPr>
        <w:t xml:space="preserve"> ou tel afin de répondre à d’éventuelles questions</w:t>
      </w:r>
    </w:p>
    <w:p w14:paraId="142AF1A4" w14:textId="7955933A" w:rsidR="003D0B47" w:rsidRDefault="00EA6E9E" w:rsidP="00EA6E9E">
      <w:pPr>
        <w:pStyle w:val="ListParagraph"/>
        <w:numPr>
          <w:ilvl w:val="0"/>
          <w:numId w:val="10"/>
        </w:numPr>
        <w:rPr>
          <w:lang w:val="fr-CH"/>
        </w:rPr>
      </w:pPr>
      <w:r>
        <w:rPr>
          <w:lang w:val="fr-CH"/>
        </w:rPr>
        <w:t xml:space="preserve">D’être présents le vendredi 6 novembre </w:t>
      </w:r>
      <w:r w:rsidR="004A0C69">
        <w:rPr>
          <w:lang w:val="fr-CH"/>
        </w:rPr>
        <w:t xml:space="preserve">2026 </w:t>
      </w:r>
      <w:r>
        <w:rPr>
          <w:lang w:val="fr-CH"/>
        </w:rPr>
        <w:t>le matin pour assister aux présentations et éventuellement participer au jury</w:t>
      </w:r>
    </w:p>
    <w:p w14:paraId="549D1030" w14:textId="60C88046" w:rsidR="004A0C69" w:rsidRPr="00EA6E9E" w:rsidRDefault="004A0C69" w:rsidP="004A0C69">
      <w:pPr>
        <w:ind w:firstLine="720"/>
        <w:rPr>
          <w:lang w:val="fr-CH"/>
        </w:rPr>
      </w:pPr>
      <w:r>
        <w:rPr>
          <w:lang w:val="fr-CH"/>
        </w:rPr>
        <w:t xml:space="preserve">Acceptez-vous ces trois demandes : </w:t>
      </w:r>
      <w:r w:rsidRPr="00EA6E9E">
        <w:rPr>
          <w:lang w:val="fr-CH"/>
        </w:rPr>
        <w:t>__________________________________________________</w:t>
      </w:r>
    </w:p>
    <w:p w14:paraId="4E84E570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 xml:space="preserve">Conseil : </w:t>
      </w:r>
      <w:r w:rsidRPr="00EA6E9E">
        <w:rPr>
          <w:lang w:val="fr-CH"/>
        </w:rPr>
        <w:t>ne cherchez pas nécessairement à proposer une solution. Décrivez surtout le problème, le contexte, les besoins et les contraintes. Les équipes du hackathon seront invitées à imaginer les solutions.</w:t>
      </w:r>
    </w:p>
    <w:p w14:paraId="5B62D0C1" w14:textId="77777777" w:rsidR="003D0B47" w:rsidRPr="00EA6E9E" w:rsidRDefault="00000000">
      <w:pPr>
        <w:pStyle w:val="Heading1"/>
        <w:rPr>
          <w:lang w:val="fr-CH"/>
        </w:rPr>
      </w:pPr>
      <w:r w:rsidRPr="00EA6E9E">
        <w:rPr>
          <w:lang w:val="fr-CH"/>
        </w:rPr>
        <w:t>1. IDENTIFICATION DU DÉFI</w:t>
      </w:r>
    </w:p>
    <w:p w14:paraId="78EF587F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 xml:space="preserve">Nom du </w:t>
      </w:r>
      <w:proofErr w:type="gramStart"/>
      <w:r w:rsidRPr="00EA6E9E">
        <w:rPr>
          <w:b/>
          <w:lang w:val="fr-CH"/>
        </w:rPr>
        <w:t>défi</w:t>
      </w:r>
      <w:r w:rsidRPr="00EA6E9E">
        <w:rPr>
          <w:i/>
          <w:sz w:val="18"/>
          <w:lang w:val="fr-CH"/>
        </w:rPr>
        <w:t xml:space="preserve">  Titre</w:t>
      </w:r>
      <w:proofErr w:type="gramEnd"/>
      <w:r w:rsidRPr="00EA6E9E">
        <w:rPr>
          <w:i/>
          <w:sz w:val="18"/>
          <w:lang w:val="fr-CH"/>
        </w:rPr>
        <w:t xml:space="preserve"> court, clair et accrocheur</w:t>
      </w:r>
    </w:p>
    <w:p w14:paraId="1122FEEB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069A3DBD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Organisation / partenaire</w:t>
      </w:r>
    </w:p>
    <w:p w14:paraId="663F3042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212B4173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Personne de contact</w:t>
      </w:r>
    </w:p>
    <w:p w14:paraId="137A9AB8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618E3253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Fonction / rôle</w:t>
      </w:r>
    </w:p>
    <w:p w14:paraId="272D7DCF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7403802" w14:textId="77777777" w:rsidR="003D0B47" w:rsidRPr="00EA6E9E" w:rsidRDefault="00000000">
      <w:pPr>
        <w:rPr>
          <w:lang w:val="fr-CH"/>
        </w:rPr>
      </w:pPr>
      <w:proofErr w:type="gramStart"/>
      <w:r w:rsidRPr="00EA6E9E">
        <w:rPr>
          <w:b/>
          <w:lang w:val="fr-CH"/>
        </w:rPr>
        <w:t>E-mail</w:t>
      </w:r>
      <w:proofErr w:type="gramEnd"/>
      <w:r w:rsidRPr="00EA6E9E">
        <w:rPr>
          <w:b/>
          <w:lang w:val="fr-CH"/>
        </w:rPr>
        <w:t xml:space="preserve"> / téléphone</w:t>
      </w:r>
    </w:p>
    <w:p w14:paraId="15B154FC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4F15FA1F" w14:textId="77777777" w:rsidR="003D0B47" w:rsidRPr="00EA6E9E" w:rsidRDefault="00000000">
      <w:pPr>
        <w:pStyle w:val="Heading1"/>
        <w:rPr>
          <w:lang w:val="fr-CH"/>
        </w:rPr>
      </w:pPr>
      <w:r w:rsidRPr="00EA6E9E">
        <w:rPr>
          <w:lang w:val="fr-CH"/>
        </w:rPr>
        <w:lastRenderedPageBreak/>
        <w:t>2. CONTEXTE &amp; PROBLÉMATIQUE</w:t>
      </w:r>
    </w:p>
    <w:p w14:paraId="19296868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Décrivez le contexte dans lequel s’inscrit le défi.</w:t>
      </w:r>
    </w:p>
    <w:p w14:paraId="64971BE5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416104A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2D7B902B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78569EAE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Quel est le problème ou le besoin que vous souhaitez voir résolu ?</w:t>
      </w:r>
    </w:p>
    <w:p w14:paraId="2E1269FB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37883E6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168CD7F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7CA04ACA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Pourquoi ce problème est-il important aujourd’hui ?</w:t>
      </w:r>
    </w:p>
    <w:p w14:paraId="2C62166E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4A0334C8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780CA6AF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 se passe-t-il actuellement ? Quelles solutions existent déjà ?</w:t>
      </w:r>
    </w:p>
    <w:p w14:paraId="18637319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3A4352BC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43C9C92B" w14:textId="77777777" w:rsidR="003D0B47" w:rsidRPr="00EA6E9E" w:rsidRDefault="00000000">
      <w:pPr>
        <w:pStyle w:val="Heading1"/>
        <w:rPr>
          <w:lang w:val="fr-CH"/>
        </w:rPr>
      </w:pPr>
      <w:r w:rsidRPr="00EA6E9E">
        <w:rPr>
          <w:lang w:val="fr-CH"/>
        </w:rPr>
        <w:t>3. UTILISATEURS &amp; PARTIES PRENANTES</w:t>
      </w:r>
    </w:p>
    <w:p w14:paraId="2F374C6A" w14:textId="25F1129C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Qui sont les utilisateurs, bénéficiaires ou personnes concernées ?</w:t>
      </w:r>
    </w:p>
    <w:p w14:paraId="777B5785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51D9816D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20471308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Qui sont les autres parties prenantes importantes ?</w:t>
      </w:r>
    </w:p>
    <w:p w14:paraId="61B1EAFA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01906732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BD38BA2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Quels sont leurs principaux besoins, frustrations ou attentes ?</w:t>
      </w:r>
    </w:p>
    <w:p w14:paraId="1DA08E9C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338BC3F6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3E988ED" w14:textId="77777777" w:rsidR="003D0B47" w:rsidRPr="00EA6E9E" w:rsidRDefault="00000000">
      <w:pPr>
        <w:pStyle w:val="Heading1"/>
        <w:rPr>
          <w:lang w:val="fr-CH"/>
        </w:rPr>
      </w:pPr>
      <w:r w:rsidRPr="00EA6E9E">
        <w:rPr>
          <w:lang w:val="fr-CH"/>
        </w:rPr>
        <w:lastRenderedPageBreak/>
        <w:t>4. OBJECTIF DU DÉFI</w:t>
      </w:r>
    </w:p>
    <w:p w14:paraId="0136B20C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 souhaiteriez-vous que les équipes aient réussi à imaginer, démontrer ou prototyper à la fin du hackathon ?</w:t>
      </w:r>
    </w:p>
    <w:p w14:paraId="2A592C32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3A015458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499CFECD" w14:textId="77777777" w:rsidR="00EA6E9E" w:rsidRPr="00EA6E9E" w:rsidRDefault="00EA6E9E" w:rsidP="00EA6E9E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26E7CA74" w14:textId="77777777" w:rsidR="00EA6E9E" w:rsidRPr="00EA6E9E" w:rsidRDefault="00EA6E9E" w:rsidP="00EA6E9E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7F995750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Quels résultats ou changements espérez-vous obtenir ?</w:t>
      </w:r>
    </w:p>
    <w:p w14:paraId="38B78EC0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74EC2ACC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2332C627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Comment saurez-vous qu’une proposition apporte une réponse intéressante au défi ?</w:t>
      </w:r>
    </w:p>
    <w:p w14:paraId="6DE88B2D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0D30225B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0AA2AAD8" w14:textId="77777777" w:rsidR="003D0B47" w:rsidRPr="00EA6E9E" w:rsidRDefault="00000000">
      <w:pPr>
        <w:pStyle w:val="Heading1"/>
        <w:rPr>
          <w:lang w:val="fr-CH"/>
        </w:rPr>
      </w:pPr>
      <w:r w:rsidRPr="00EA6E9E">
        <w:rPr>
          <w:lang w:val="fr-CH"/>
        </w:rPr>
        <w:t>5. PÉRIMÈTRE &amp; CONTRAINTES</w:t>
      </w:r>
    </w:p>
    <w:p w14:paraId="1D80D346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Quelles sont les contraintes incontournables ? (</w:t>
      </w:r>
      <w:proofErr w:type="gramStart"/>
      <w:r w:rsidRPr="00EA6E9E">
        <w:rPr>
          <w:b/>
          <w:lang w:val="fr-CH"/>
        </w:rPr>
        <w:t>techniques</w:t>
      </w:r>
      <w:proofErr w:type="gramEnd"/>
      <w:r w:rsidRPr="00EA6E9E">
        <w:rPr>
          <w:b/>
          <w:lang w:val="fr-CH"/>
        </w:rPr>
        <w:t>, réglementaires, éthiques, organisationnelles, temporelles, budgétaires…)</w:t>
      </w:r>
    </w:p>
    <w:p w14:paraId="7235DDBF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788E6DE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254E7EA9" w14:textId="77777777" w:rsidR="00EA6E9E" w:rsidRPr="00EA6E9E" w:rsidRDefault="00EA6E9E" w:rsidP="00EA6E9E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4F5DEDEA" w14:textId="77777777" w:rsidR="00EA6E9E" w:rsidRPr="00EA6E9E" w:rsidRDefault="00EA6E9E" w:rsidP="00EA6E9E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776022F2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Quelles sont les limites du périmètre du défi ?</w:t>
      </w:r>
    </w:p>
    <w:p w14:paraId="3E2989E3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5A9B9990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E5F09D3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Y a-t-il des éléments que les équipes ne doivent pas modifier ou remettre en question ?</w:t>
      </w:r>
    </w:p>
    <w:p w14:paraId="3F089555" w14:textId="77777777" w:rsidR="003D0B47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55D2856A" w14:textId="77777777" w:rsidR="00EA6E9E" w:rsidRPr="00EA6E9E" w:rsidRDefault="00EA6E9E" w:rsidP="00EA6E9E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08552195" w14:textId="77777777" w:rsidR="00EA6E9E" w:rsidRPr="00EA6E9E" w:rsidRDefault="00EA6E9E" w:rsidP="00EA6E9E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36874C0" w14:textId="77777777" w:rsidR="00EA6E9E" w:rsidRPr="00EA6E9E" w:rsidRDefault="00EA6E9E">
      <w:pPr>
        <w:rPr>
          <w:lang w:val="fr-CH"/>
        </w:rPr>
      </w:pPr>
    </w:p>
    <w:p w14:paraId="4755A1C4" w14:textId="77777777" w:rsidR="003D0B47" w:rsidRPr="00EA6E9E" w:rsidRDefault="00000000">
      <w:pPr>
        <w:pStyle w:val="Heading1"/>
        <w:rPr>
          <w:lang w:val="fr-CH"/>
        </w:rPr>
      </w:pPr>
      <w:r w:rsidRPr="00EA6E9E">
        <w:rPr>
          <w:lang w:val="fr-CH"/>
        </w:rPr>
        <w:lastRenderedPageBreak/>
        <w:t>6. DONNÉES, TECHNOLOGIES &amp; RESSOURCES</w:t>
      </w:r>
    </w:p>
    <w:p w14:paraId="3B2BA569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Quelles données, informations ou ressources pouvez-vous mettre à disposition des équipes ?</w:t>
      </w:r>
    </w:p>
    <w:p w14:paraId="14757262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78B1C6C8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5723D4CD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☐ Données anonymisées     ☐ Jeux de données     ☐ API     ☐ Documentation     ☐ Matériel     ☐ Logiciels</w:t>
      </w:r>
    </w:p>
    <w:p w14:paraId="14A796C4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Quelles technologies ou infrastructures peuvent être utilisées ?</w:t>
      </w:r>
    </w:p>
    <w:p w14:paraId="7C4F8BF4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2B91D09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629B8C74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Des experts, collaborateurs ou utilisateurs pourront-ils être disponibles pour répondre aux questions des équipes ?</w:t>
      </w:r>
    </w:p>
    <w:p w14:paraId="04682219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29F0D866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67DBC125" w14:textId="0F5401F3" w:rsidR="003D0B47" w:rsidRPr="00EA6E9E" w:rsidRDefault="004A0C69">
      <w:pPr>
        <w:pStyle w:val="Heading1"/>
        <w:rPr>
          <w:lang w:val="fr-CH"/>
        </w:rPr>
      </w:pPr>
      <w:r>
        <w:rPr>
          <w:lang w:val="fr-CH"/>
        </w:rPr>
        <w:t>7</w:t>
      </w:r>
      <w:r w:rsidRPr="00EA6E9E">
        <w:rPr>
          <w:lang w:val="fr-CH"/>
        </w:rPr>
        <w:t>. IMPACT ATTENDU</w:t>
      </w:r>
    </w:p>
    <w:p w14:paraId="748D9B02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Quels types d’impact une solution pertinente pourrait-elle générer ?</w:t>
      </w:r>
    </w:p>
    <w:p w14:paraId="77808227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☐ Social     ☐ Économique     ☐ Environnemental     ☐ Technologique     ☐ Organisationnel     ☐ Scientifique     ☐ Autre</w:t>
      </w:r>
    </w:p>
    <w:p w14:paraId="180DF7B3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Décrivez l’impact attendu et, si possible, les indicateurs permettant de l’observer ou de le mesurer.</w:t>
      </w:r>
    </w:p>
    <w:p w14:paraId="6AE4464C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5269BB42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3D41B129" w14:textId="14E6D9EF" w:rsidR="003D0B47" w:rsidRPr="00EA6E9E" w:rsidRDefault="004A0C69">
      <w:pPr>
        <w:pStyle w:val="Heading1"/>
        <w:rPr>
          <w:lang w:val="fr-CH"/>
        </w:rPr>
      </w:pPr>
      <w:r>
        <w:rPr>
          <w:lang w:val="fr-CH"/>
        </w:rPr>
        <w:t>8</w:t>
      </w:r>
      <w:r w:rsidRPr="00EA6E9E">
        <w:rPr>
          <w:lang w:val="fr-CH"/>
        </w:rPr>
        <w:t>. FAISABILITÉ &amp; VIABILITÉ</w:t>
      </w:r>
    </w:p>
    <w:p w14:paraId="1C365819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Quelles contraintes techniques ou opérationnelles pourraient influencer la faisabilité d’une solution ?</w:t>
      </w:r>
    </w:p>
    <w:p w14:paraId="6BDE87A1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53060F71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2A8B47BB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Une solution devrait-elle pouvoir être déployée dans un environnement réel ? Si oui, lequel ?</w:t>
      </w:r>
    </w:p>
    <w:p w14:paraId="3C4B9711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3AEF419D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07B50718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Existe-t-il un budget, un modèle économique ou une contrainte de ressources à prendre en compte ?</w:t>
      </w:r>
    </w:p>
    <w:p w14:paraId="46DDDC24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4853224D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lastRenderedPageBreak/>
        <w:t>________________________________________________________________________________</w:t>
      </w:r>
    </w:p>
    <w:p w14:paraId="3857B9EB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Quels partenaires ou acteurs seraient nécessaires pour passer du prototype à la mise en œuvre ?</w:t>
      </w:r>
    </w:p>
    <w:p w14:paraId="18842CF6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7FFE5E74" w14:textId="77777777" w:rsidR="00EA6E9E" w:rsidRDefault="00EA6E9E">
      <w:pPr>
        <w:rPr>
          <w:rFonts w:ascii="Arial" w:eastAsia="Times New Roman" w:hAnsi="Arial" w:cs="Times New Roman"/>
          <w:kern w:val="2"/>
          <w:sz w:val="22"/>
          <w:szCs w:val="24"/>
          <w:lang w:val="fr-FR" w:eastAsia="fr-FR"/>
          <w14:ligatures w14:val="standardContextual"/>
        </w:rPr>
      </w:pPr>
      <w:r>
        <w:rPr>
          <w:lang w:val="fr-CH"/>
        </w:rPr>
        <w:t>________________________________________________________________________________</w:t>
      </w:r>
    </w:p>
    <w:p w14:paraId="031E261F" w14:textId="36B55AB3" w:rsidR="003D0B47" w:rsidRPr="00EA6E9E" w:rsidRDefault="004A0C69">
      <w:pPr>
        <w:pStyle w:val="Heading1"/>
        <w:rPr>
          <w:lang w:val="fr-CH"/>
        </w:rPr>
      </w:pPr>
      <w:r>
        <w:rPr>
          <w:lang w:val="fr-CH"/>
        </w:rPr>
        <w:t>9</w:t>
      </w:r>
      <w:r w:rsidRPr="00EA6E9E">
        <w:rPr>
          <w:lang w:val="fr-CH"/>
        </w:rPr>
        <w:t>. CONFIDENTIALITÉ &amp; PROPRIÉTÉ INTELLECTUELLE</w:t>
      </w:r>
    </w:p>
    <w:p w14:paraId="36A93653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☐ Aucune information confidentielle     ☐ Informations confidentielles     ☐ Données personnelles     ☐ Propriété intellectuelle existante</w:t>
      </w:r>
    </w:p>
    <w:p w14:paraId="1495D770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Y a-t-il des informations que vous ne souhaitez pas voir publiées ou partagées avec les participants ?</w:t>
      </w:r>
    </w:p>
    <w:p w14:paraId="5376A087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08F947C5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5E42F32F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Existe-t-il des restrictions concernant la propriété intellectuelle des solutions développées pendant le hackathon ?</w:t>
      </w:r>
    </w:p>
    <w:p w14:paraId="497828C4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21C0C71D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7BA36A30" w14:textId="5A3FF8F5" w:rsidR="003D0B47" w:rsidRPr="00EA6E9E" w:rsidRDefault="00000000">
      <w:pPr>
        <w:pStyle w:val="Heading1"/>
        <w:rPr>
          <w:lang w:val="fr-CH"/>
        </w:rPr>
      </w:pPr>
      <w:r w:rsidRPr="00EA6E9E">
        <w:rPr>
          <w:lang w:val="fr-CH"/>
        </w:rPr>
        <w:t>1</w:t>
      </w:r>
      <w:r w:rsidR="004A0C69">
        <w:rPr>
          <w:lang w:val="fr-CH"/>
        </w:rPr>
        <w:t>0</w:t>
      </w:r>
      <w:r w:rsidRPr="00EA6E9E">
        <w:rPr>
          <w:lang w:val="fr-CH"/>
        </w:rPr>
        <w:t>. RESSOURCES POUR LE HACKATHON</w:t>
      </w:r>
    </w:p>
    <w:p w14:paraId="472DBEA7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Quels experts ou personnes-ressources pourriez-vous mettre à disposition pendant le hackathon ?</w:t>
      </w:r>
    </w:p>
    <w:p w14:paraId="40F7F93D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04217A92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367EB9D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Quels équipements, logiciels, données ou autres ressources pourraient être fournis ?</w:t>
      </w:r>
    </w:p>
    <w:p w14:paraId="14C69ED5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22C81F15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725D29F7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Y a-t-il un accès à un terrain d’expérimentation, à des utilisateurs ou à un environnement réel ?</w:t>
      </w:r>
    </w:p>
    <w:p w14:paraId="7B1FD18D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0EB712ED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76FFAB34" w14:textId="77777777" w:rsidR="004A0C69" w:rsidRDefault="004A0C69">
      <w:pPr>
        <w:pStyle w:val="Heading1"/>
        <w:rPr>
          <w:lang w:val="fr-CH"/>
        </w:rPr>
      </w:pPr>
    </w:p>
    <w:p w14:paraId="205DB596" w14:textId="633EB055" w:rsidR="003D0B47" w:rsidRPr="00EA6E9E" w:rsidRDefault="00000000">
      <w:pPr>
        <w:pStyle w:val="Heading1"/>
        <w:rPr>
          <w:lang w:val="fr-CH"/>
        </w:rPr>
      </w:pPr>
      <w:r w:rsidRPr="00EA6E9E">
        <w:rPr>
          <w:lang w:val="fr-CH"/>
        </w:rPr>
        <w:t>12. INFORMATIONS POUR LA PRÉSENTATION DU DÉFI</w:t>
      </w:r>
    </w:p>
    <w:p w14:paraId="460C0AC4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Comment présenteriez-vous ce défi en 2–3 phrases à une équipe de hackathon ?</w:t>
      </w:r>
    </w:p>
    <w:p w14:paraId="5705E1C9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7B3BB08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53504D10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Quels mots-clés associez-vous à ce défi ?</w:t>
      </w:r>
    </w:p>
    <w:p w14:paraId="4AA946E3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5B1157C4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Avez-vous une image, vidéo, schéma, lien ou autre support illustrant le défi ?</w:t>
      </w:r>
    </w:p>
    <w:p w14:paraId="4360EA39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B3E92ED" w14:textId="06BF4147" w:rsidR="003D0B47" w:rsidRPr="00EA6E9E" w:rsidRDefault="00000000">
      <w:pPr>
        <w:pStyle w:val="Heading1"/>
        <w:rPr>
          <w:lang w:val="fr-CH"/>
        </w:rPr>
      </w:pPr>
      <w:r w:rsidRPr="00EA6E9E">
        <w:rPr>
          <w:lang w:val="fr-CH"/>
        </w:rPr>
        <w:t>1</w:t>
      </w:r>
      <w:r w:rsidR="00EA6E9E">
        <w:rPr>
          <w:lang w:val="fr-CH"/>
        </w:rPr>
        <w:t>3</w:t>
      </w:r>
      <w:r w:rsidRPr="00EA6E9E">
        <w:rPr>
          <w:lang w:val="fr-CH"/>
        </w:rPr>
        <w:t>. INFORMATIONS COMPLÉMENTAIRES</w:t>
      </w:r>
    </w:p>
    <w:p w14:paraId="4A974B17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Y a-t-il autre chose que vous souhaitez transmettre aux organisateurs ou aux équipes ?</w:t>
      </w:r>
    </w:p>
    <w:p w14:paraId="29289127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4555498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54D63D31" w14:textId="77777777" w:rsidR="004A0C69" w:rsidRPr="004A0C69" w:rsidRDefault="004A0C69">
      <w:pPr>
        <w:rPr>
          <w:lang w:val="fr-CH"/>
        </w:rPr>
      </w:pPr>
      <w:r>
        <w:rPr>
          <w:lang w:val="fr-CH"/>
        </w:rPr>
        <w:t>________________________________________________________________________________</w:t>
      </w:r>
    </w:p>
    <w:p w14:paraId="173F3DB8" w14:textId="3118F2CF" w:rsidR="004A0C69" w:rsidRPr="00EA6E9E" w:rsidRDefault="004A0C69" w:rsidP="004A0C69">
      <w:pPr>
        <w:pStyle w:val="Heading1"/>
        <w:rPr>
          <w:lang w:val="fr-CH"/>
        </w:rPr>
      </w:pPr>
      <w:r w:rsidRPr="00EA6E9E">
        <w:rPr>
          <w:lang w:val="fr-CH"/>
        </w:rPr>
        <w:t>1</w:t>
      </w:r>
      <w:r>
        <w:rPr>
          <w:lang w:val="fr-CH"/>
        </w:rPr>
        <w:t>4</w:t>
      </w:r>
      <w:r w:rsidRPr="00EA6E9E">
        <w:rPr>
          <w:lang w:val="fr-CH"/>
        </w:rPr>
        <w:t xml:space="preserve">. </w:t>
      </w:r>
      <w:r>
        <w:rPr>
          <w:lang w:val="fr-CH"/>
        </w:rPr>
        <w:t xml:space="preserve">PRIX ET </w:t>
      </w:r>
      <w:proofErr w:type="gramStart"/>
      <w:r>
        <w:rPr>
          <w:lang w:val="fr-CH"/>
        </w:rPr>
        <w:t>SPONSORING</w:t>
      </w:r>
      <w:proofErr w:type="gramEnd"/>
    </w:p>
    <w:p w14:paraId="702F8100" w14:textId="66131BFE" w:rsidR="004A0C69" w:rsidRPr="00EA6E9E" w:rsidRDefault="004A0C69" w:rsidP="004A0C69">
      <w:pPr>
        <w:rPr>
          <w:lang w:val="fr-CH"/>
        </w:rPr>
      </w:pPr>
      <w:r>
        <w:rPr>
          <w:b/>
          <w:lang w:val="fr-CH"/>
        </w:rPr>
        <w:t xml:space="preserve">Pouvez-vous contribuer à l’un des trois prix pour les trois meilleurs </w:t>
      </w:r>
      <w:proofErr w:type="gramStart"/>
      <w:r>
        <w:rPr>
          <w:b/>
          <w:lang w:val="fr-CH"/>
        </w:rPr>
        <w:t>projets?</w:t>
      </w:r>
      <w:proofErr w:type="gramEnd"/>
      <w:r>
        <w:rPr>
          <w:b/>
          <w:lang w:val="fr-CH"/>
        </w:rPr>
        <w:t xml:space="preserve"> Si oui, merci de préciser le montant.</w:t>
      </w:r>
    </w:p>
    <w:p w14:paraId="6974CFF0" w14:textId="77777777" w:rsidR="004A0C69" w:rsidRPr="00EA6E9E" w:rsidRDefault="004A0C69" w:rsidP="004A0C69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74491084" w14:textId="7A48B1ED" w:rsidR="004A0C69" w:rsidRPr="00EA6E9E" w:rsidRDefault="004A0C69" w:rsidP="004A0C69">
      <w:pPr>
        <w:rPr>
          <w:lang w:val="fr-CH"/>
        </w:rPr>
      </w:pPr>
      <w:r>
        <w:rPr>
          <w:b/>
          <w:lang w:val="fr-CH"/>
        </w:rPr>
        <w:t>Pouvez-vous contribuer au financement du hackathon pour les boissons et friandises ainsi que les consommables du FacLab ? Si oui, merci de préciser le montant.</w:t>
      </w:r>
    </w:p>
    <w:p w14:paraId="18FAFF18" w14:textId="244EA663" w:rsidR="004A0C69" w:rsidRPr="00EA6E9E" w:rsidRDefault="004A0C69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2A425564" w14:textId="11BE45F9" w:rsidR="004A0C69" w:rsidRPr="00EA6E9E" w:rsidRDefault="004A0C69" w:rsidP="004A0C69">
      <w:pPr>
        <w:rPr>
          <w:lang w:val="fr-CH"/>
        </w:rPr>
      </w:pPr>
      <w:r>
        <w:rPr>
          <w:b/>
          <w:lang w:val="fr-CH"/>
        </w:rPr>
        <w:t xml:space="preserve">Auriez-vous des petits </w:t>
      </w:r>
      <w:r w:rsidR="00F46129">
        <w:rPr>
          <w:b/>
          <w:lang w:val="fr-CH"/>
        </w:rPr>
        <w:t>« </w:t>
      </w:r>
      <w:r>
        <w:rPr>
          <w:b/>
          <w:lang w:val="fr-CH"/>
        </w:rPr>
        <w:t xml:space="preserve">cadeaux </w:t>
      </w:r>
      <w:r w:rsidR="00F46129">
        <w:rPr>
          <w:b/>
          <w:lang w:val="fr-CH"/>
        </w:rPr>
        <w:t>d’entreprises » à donner aux participants ? Merci de préciser.</w:t>
      </w:r>
    </w:p>
    <w:p w14:paraId="4DD29FF0" w14:textId="77777777" w:rsidR="004A0C69" w:rsidRPr="00EA6E9E" w:rsidRDefault="004A0C69" w:rsidP="004A0C69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604320A4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br w:type="page"/>
      </w:r>
    </w:p>
    <w:p w14:paraId="0A481A75" w14:textId="77777777" w:rsidR="003D0B47" w:rsidRPr="00EA6E9E" w:rsidRDefault="00000000">
      <w:pPr>
        <w:pStyle w:val="Heading1"/>
        <w:rPr>
          <w:lang w:val="fr-CH"/>
        </w:rPr>
      </w:pPr>
      <w:r w:rsidRPr="00EA6E9E">
        <w:rPr>
          <w:lang w:val="fr-CH"/>
        </w:rPr>
        <w:lastRenderedPageBreak/>
        <w:t>PARTIE RÉSERVÉE À L’ÉQUIPE D’ORGANISATION</w:t>
      </w:r>
    </w:p>
    <w:p w14:paraId="0B2BBD0B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Cette section permet de préparer la version finale du défi qui sera communiquée aux participants.</w:t>
      </w:r>
    </w:p>
    <w:p w14:paraId="28000DDD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Défi retenu / statut</w:t>
      </w:r>
    </w:p>
    <w:p w14:paraId="252099F9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6EBFB242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☐ À clarifier     ☐ À compléter     ☐ Validé     ☐ À reformuler     ☐ Non retenu</w:t>
      </w:r>
    </w:p>
    <w:p w14:paraId="4B266EC9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Niveau de difficulté estimé</w:t>
      </w:r>
    </w:p>
    <w:p w14:paraId="1C74E293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4B24D4CE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☐ Débutant     ☐ Intermédiaire     ☐ Avancé     ☐ Interdisciplinaire</w:t>
      </w:r>
    </w:p>
    <w:p w14:paraId="5F04AD8A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Technologies / domaines mobilisables</w:t>
      </w:r>
    </w:p>
    <w:p w14:paraId="518264A4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25BDBCC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690BCA05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Ressources FacLab pertinentes</w:t>
      </w:r>
    </w:p>
    <w:p w14:paraId="04520267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5932E210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101765F1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Points d’attention pour les équipes</w:t>
      </w:r>
    </w:p>
    <w:p w14:paraId="6CAE9821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010F1211" w14:textId="77777777" w:rsidR="003D0B47" w:rsidRPr="00EA6E9E" w:rsidRDefault="00000000">
      <w:pPr>
        <w:rPr>
          <w:lang w:val="fr-CH"/>
        </w:rPr>
      </w:pPr>
      <w:r w:rsidRPr="00EA6E9E">
        <w:rPr>
          <w:lang w:val="fr-CH"/>
        </w:rPr>
        <w:t>________________________________________________________________________________</w:t>
      </w:r>
    </w:p>
    <w:p w14:paraId="3A34D531" w14:textId="77777777" w:rsidR="003D0B47" w:rsidRPr="00EA6E9E" w:rsidRDefault="00000000">
      <w:pPr>
        <w:rPr>
          <w:lang w:val="fr-CH"/>
        </w:rPr>
      </w:pPr>
      <w:r w:rsidRPr="00EA6E9E">
        <w:rPr>
          <w:b/>
          <w:lang w:val="fr-CH"/>
        </w:rPr>
        <w:t>Brief final du défi (version participant)</w:t>
      </w:r>
    </w:p>
    <w:p w14:paraId="17E3896D" w14:textId="77777777" w:rsidR="003D0B47" w:rsidRDefault="00000000">
      <w:r>
        <w:t>________________________________________________________________________________</w:t>
      </w:r>
    </w:p>
    <w:p w14:paraId="0F1BEAA0" w14:textId="77777777" w:rsidR="003D0B47" w:rsidRDefault="00000000">
      <w:r>
        <w:t>________________________________________________________________________________</w:t>
      </w:r>
    </w:p>
    <w:p w14:paraId="3D04AF4D" w14:textId="77777777" w:rsidR="003D0B47" w:rsidRDefault="00000000">
      <w:r>
        <w:t>________________________________________________________________________________</w:t>
      </w:r>
    </w:p>
    <w:p w14:paraId="77C5F922" w14:textId="77777777" w:rsidR="003D0B47" w:rsidRDefault="00000000">
      <w:r>
        <w:t>________________________________________________________________________________</w:t>
      </w:r>
    </w:p>
    <w:sectPr w:rsidR="003D0B47" w:rsidSect="00034616">
      <w:footerReference w:type="default" r:id="rId13"/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0006E7" w14:textId="77777777" w:rsidR="001316EA" w:rsidRDefault="001316EA">
      <w:pPr>
        <w:spacing w:after="0" w:line="240" w:lineRule="auto"/>
      </w:pPr>
      <w:r>
        <w:separator/>
      </w:r>
    </w:p>
  </w:endnote>
  <w:endnote w:type="continuationSeparator" w:id="0">
    <w:p w14:paraId="0D98C8BD" w14:textId="77777777" w:rsidR="001316EA" w:rsidRDefault="00131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A24C93" w14:textId="77777777" w:rsidR="003D0B47" w:rsidRPr="00EA6E9E" w:rsidRDefault="00000000">
    <w:pPr>
      <w:pStyle w:val="Footer"/>
      <w:jc w:val="center"/>
      <w:rPr>
        <w:lang w:val="fr-CH"/>
      </w:rPr>
    </w:pPr>
    <w:r w:rsidRPr="00EA6E9E">
      <w:rPr>
        <w:sz w:val="16"/>
        <w:lang w:val="fr-CH"/>
      </w:rPr>
      <w:t>Digital Innovation Week · FacLab · Université de Genève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D10803" w14:textId="77777777" w:rsidR="001316EA" w:rsidRDefault="001316EA">
      <w:pPr>
        <w:spacing w:after="0" w:line="240" w:lineRule="auto"/>
      </w:pPr>
      <w:r>
        <w:separator/>
      </w:r>
    </w:p>
  </w:footnote>
  <w:footnote w:type="continuationSeparator" w:id="0">
    <w:p w14:paraId="195CD43D" w14:textId="77777777" w:rsidR="001316EA" w:rsidRDefault="001316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6E0E23"/>
    <w:multiLevelType w:val="hybridMultilevel"/>
    <w:tmpl w:val="0972B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209047">
    <w:abstractNumId w:val="8"/>
  </w:num>
  <w:num w:numId="2" w16cid:durableId="266499642">
    <w:abstractNumId w:val="6"/>
  </w:num>
  <w:num w:numId="3" w16cid:durableId="1482842284">
    <w:abstractNumId w:val="5"/>
  </w:num>
  <w:num w:numId="4" w16cid:durableId="1403866090">
    <w:abstractNumId w:val="4"/>
  </w:num>
  <w:num w:numId="5" w16cid:durableId="1549682524">
    <w:abstractNumId w:val="7"/>
  </w:num>
  <w:num w:numId="6" w16cid:durableId="651642721">
    <w:abstractNumId w:val="3"/>
  </w:num>
  <w:num w:numId="7" w16cid:durableId="372535227">
    <w:abstractNumId w:val="2"/>
  </w:num>
  <w:num w:numId="8" w16cid:durableId="568929564">
    <w:abstractNumId w:val="1"/>
  </w:num>
  <w:num w:numId="9" w16cid:durableId="1025867460">
    <w:abstractNumId w:val="0"/>
  </w:num>
  <w:num w:numId="10" w16cid:durableId="74816024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16EA"/>
    <w:rsid w:val="0015074B"/>
    <w:rsid w:val="0029639D"/>
    <w:rsid w:val="00326F90"/>
    <w:rsid w:val="003D0B47"/>
    <w:rsid w:val="004A0C69"/>
    <w:rsid w:val="005A3991"/>
    <w:rsid w:val="005B3757"/>
    <w:rsid w:val="00633BC7"/>
    <w:rsid w:val="006D1AAF"/>
    <w:rsid w:val="00AA1D8D"/>
    <w:rsid w:val="00B47730"/>
    <w:rsid w:val="00CB0664"/>
    <w:rsid w:val="00EA6E9E"/>
    <w:rsid w:val="00F46129"/>
    <w:rsid w:val="00F578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61CE54"/>
  <w14:defaultImageDpi w14:val="300"/>
  <w15:docId w15:val="{C3BFB334-2D99-554C-BEF3-9C387AB3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33B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3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aclab@unige.ch?subject=D&#233;fi%20pour%20Digital%20Innovation%20Week%20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1857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Ott</cp:lastModifiedBy>
  <cp:revision>4</cp:revision>
  <cp:lastPrinted>2026-09-23T16:47:00Z</cp:lastPrinted>
  <dcterms:created xsi:type="dcterms:W3CDTF">2026-09-22T15:48:00Z</dcterms:created>
  <dcterms:modified xsi:type="dcterms:W3CDTF">2026-09-23T16:54:00Z</dcterms:modified>
  <cp:category/>
</cp:coreProperties>
</file>